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78AF6F" w14:textId="12F1FBA2" w:rsidR="003E23AF" w:rsidRDefault="005C669E" w:rsidP="00641376">
      <w:pPr>
        <w:pStyle w:val="Heading1"/>
        <w:jc w:val="center"/>
      </w:pPr>
      <w:r>
        <w:rPr>
          <w:noProof/>
        </w:rPr>
        <w:drawing>
          <wp:inline distT="0" distB="0" distL="0" distR="0" wp14:anchorId="6C2213B6" wp14:editId="5D092DF9">
            <wp:extent cx="3724275" cy="847014"/>
            <wp:effectExtent l="0" t="0" r="0" b="0"/>
            <wp:docPr id="272661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35" cy="8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19B5B" w14:textId="5A04F004" w:rsidR="00E10C53" w:rsidRPr="00641376" w:rsidRDefault="00F84071" w:rsidP="00641376">
      <w:pPr>
        <w:pStyle w:val="Heading1"/>
        <w:jc w:val="center"/>
      </w:pPr>
      <w:r w:rsidRPr="00641376">
        <w:t xml:space="preserve">Vaportek </w:t>
      </w:r>
      <w:r w:rsidR="00F01E70" w:rsidRPr="00641376">
        <w:t xml:space="preserve">New </w:t>
      </w:r>
      <w:r w:rsidRPr="00641376">
        <w:t>Private Label Program</w:t>
      </w:r>
    </w:p>
    <w:p w14:paraId="775C2CF2" w14:textId="39D364AF" w:rsidR="002461B9" w:rsidRPr="00641376" w:rsidRDefault="00E10C53" w:rsidP="00641376">
      <w:pPr>
        <w:pStyle w:val="Heading1"/>
        <w:jc w:val="center"/>
      </w:pPr>
      <w:r w:rsidRPr="00641376">
        <w:t>Nature Fresh Mini &amp; Max</w:t>
      </w:r>
      <w:r w:rsidR="00641376" w:rsidRPr="00641376">
        <w:t xml:space="preserve"> </w:t>
      </w:r>
      <w:r w:rsidRPr="00641376">
        <w:t>Odor Neutralizers</w:t>
      </w:r>
    </w:p>
    <w:p w14:paraId="2F5A01EC" w14:textId="4DD145A0" w:rsidR="002461B9" w:rsidRDefault="00E10C53" w:rsidP="00641376">
      <w:pPr>
        <w:pStyle w:val="Heading1"/>
        <w:jc w:val="center"/>
        <w:sectPr w:rsidR="002461B9" w:rsidSect="00F7446D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75C958A" wp14:editId="45DDA34C">
            <wp:extent cx="2105025" cy="2626750"/>
            <wp:effectExtent l="0" t="0" r="0" b="2540"/>
            <wp:docPr id="1691933466" name="Picture 1" descr="Close-up of a white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933466" name="Picture 1" descr="Close-up of a white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36" cy="26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F5870" w14:textId="77777777" w:rsidR="00F7446D" w:rsidRDefault="00F7446D">
      <w:pPr>
        <w:pStyle w:val="Heading2"/>
        <w:sectPr w:rsidR="00F7446D" w:rsidSect="00F7446D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7363E9D" w14:textId="25187D43" w:rsidR="008761C8" w:rsidRDefault="00F84071">
      <w:pPr>
        <w:pStyle w:val="Heading2"/>
      </w:pPr>
      <w:r>
        <w:t>Why Private Label?</w:t>
      </w:r>
    </w:p>
    <w:p w14:paraId="570CEE24" w14:textId="77777777" w:rsidR="008761C8" w:rsidRDefault="00F84071">
      <w:r>
        <w:t>This is your chance to showcase your brand in a powerful, practical way. The Nature Fresh Mini and Max are proven odor control solutions—now available to carry *your* name. Whether you’re leaving a lasting impression after a job or promoting your company through value-added service, our private label program makes it easy to offer a unique, professional product that reinforces your brand identity every time it's used.</w:t>
      </w:r>
    </w:p>
    <w:p w14:paraId="2618C481" w14:textId="77777777" w:rsidR="008761C8" w:rsidRDefault="00F84071">
      <w:pPr>
        <w:pStyle w:val="Heading2"/>
      </w:pPr>
      <w:r>
        <w:t>What You Can Offer</w:t>
      </w:r>
    </w:p>
    <w:p w14:paraId="1F375225" w14:textId="1D90CA81" w:rsidR="008761C8" w:rsidRDefault="00F84071">
      <w:r>
        <w:t>- Nature Fresh Mini – 3" Cartridge</w:t>
      </w:r>
      <w:r>
        <w:br/>
        <w:t>- Nature Fresh Max – 5" Cartridge</w:t>
      </w:r>
      <w:r>
        <w:br/>
        <w:t xml:space="preserve">Choose from three great scents: Neutral, Winter, </w:t>
      </w:r>
      <w:r w:rsidR="009D0E41">
        <w:t xml:space="preserve">or </w:t>
      </w:r>
      <w:r>
        <w:t>Linen</w:t>
      </w:r>
      <w:r>
        <w:br/>
        <w:t>(Just one fragrance per program to keep things streamlined and efficient.)</w:t>
      </w:r>
    </w:p>
    <w:p w14:paraId="285721A5" w14:textId="77777777" w:rsidR="008761C8" w:rsidRDefault="00F84071">
      <w:pPr>
        <w:pStyle w:val="Heading2"/>
      </w:pPr>
      <w:r>
        <w:lastRenderedPageBreak/>
        <w:t>Custom Branding</w:t>
      </w:r>
    </w:p>
    <w:p w14:paraId="31B2865E" w14:textId="30DD4405" w:rsidR="008761C8" w:rsidRDefault="00F84071">
      <w:r>
        <w:t xml:space="preserve">- Your logo and design featured on the outer </w:t>
      </w:r>
      <w:r w:rsidR="00026C4A">
        <w:t>label</w:t>
      </w:r>
      <w:r>
        <w:br/>
        <w:t>- Comes in cases of 12 units (1 dozen)</w:t>
      </w:r>
      <w:r>
        <w:br/>
        <w:t>- We’ll create your label for you (free with commitment!) or use your provided artwork</w:t>
      </w:r>
      <w:r w:rsidR="00026C4A">
        <w:t>*</w:t>
      </w:r>
    </w:p>
    <w:p w14:paraId="28D98C4E" w14:textId="77777777" w:rsidR="008761C8" w:rsidRDefault="00F84071">
      <w:pPr>
        <w:pStyle w:val="Heading2"/>
      </w:pPr>
      <w:r>
        <w:t>Getting Started</w:t>
      </w:r>
    </w:p>
    <w:p w14:paraId="3CE8631A" w14:textId="7D316389" w:rsidR="008761C8" w:rsidRDefault="00F84071">
      <w:r>
        <w:t>Opening Order:</w:t>
      </w:r>
      <w:r>
        <w:br/>
        <w:t>Start with just 12 cases total across Mini or Max (all in the same fragrance)</w:t>
      </w:r>
      <w:r>
        <w:br/>
        <w:t>(For example: 6 Mini + 6 Max — all Linen scent)</w:t>
      </w:r>
      <w:r>
        <w:br/>
      </w:r>
      <w:r>
        <w:br/>
        <w:t>Ongoing Commitment:</w:t>
      </w:r>
      <w:r>
        <w:br/>
      </w:r>
      <w:r>
        <w:br/>
        <w:t>1-Year Plan</w:t>
      </w:r>
      <w:r>
        <w:br/>
        <w:t>- At least 50 cases per size over 12 months</w:t>
      </w:r>
      <w:r>
        <w:br/>
        <w:t>- Orders placed at least every 6 months</w:t>
      </w:r>
      <w:r>
        <w:br/>
        <w:t>- Includes free label design and ground shipping (U.S.)</w:t>
      </w:r>
      <w:r>
        <w:br/>
      </w:r>
      <w:r>
        <w:br/>
        <w:t>2-Year Plan</w:t>
      </w:r>
      <w:r>
        <w:br/>
        <w:t>- At least 80 cases per size over 24 months</w:t>
      </w:r>
      <w:r>
        <w:br/>
        <w:t>- Orders placed at least every 6 months</w:t>
      </w:r>
      <w:r>
        <w:br/>
        <w:t>- Includes free label design and ground shipping (U.S.)</w:t>
      </w:r>
      <w:r>
        <w:br/>
      </w:r>
      <w:r>
        <w:br/>
        <w:t>Note: If you don’t meet your agreed forecast, you’ll cover the cost of remaining pre-printed sleeves.</w:t>
      </w:r>
      <w:r w:rsidR="009D0E41">
        <w:t xml:space="preserve"> </w:t>
      </w:r>
      <w:r>
        <w:t>$3,000 total minimum spend required to maintain private label pricing and perks.</w:t>
      </w:r>
      <w:r w:rsidR="00086309">
        <w:t xml:space="preserve"> </w:t>
      </w:r>
    </w:p>
    <w:p w14:paraId="618441D6" w14:textId="77777777" w:rsidR="00F84071" w:rsidRDefault="00F84071" w:rsidP="00F84071">
      <w:pPr>
        <w:pStyle w:val="Heading2"/>
      </w:pPr>
      <w:r>
        <w:t>Pricing Snapshot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F84071" w14:paraId="37062FCD" w14:textId="77777777" w:rsidTr="00D262C2">
        <w:tc>
          <w:tcPr>
            <w:tcW w:w="2880" w:type="dxa"/>
          </w:tcPr>
          <w:p w14:paraId="29DEA0B6" w14:textId="77777777" w:rsidR="00F84071" w:rsidRDefault="00F84071" w:rsidP="00D262C2">
            <w:r>
              <w:t>Product</w:t>
            </w:r>
          </w:p>
        </w:tc>
        <w:tc>
          <w:tcPr>
            <w:tcW w:w="2880" w:type="dxa"/>
          </w:tcPr>
          <w:p w14:paraId="5CC82428" w14:textId="77777777" w:rsidR="00F84071" w:rsidRDefault="00F84071" w:rsidP="00D262C2">
            <w:r>
              <w:t>1-Year Plan</w:t>
            </w:r>
          </w:p>
        </w:tc>
        <w:tc>
          <w:tcPr>
            <w:tcW w:w="2880" w:type="dxa"/>
          </w:tcPr>
          <w:p w14:paraId="051FFBA9" w14:textId="77777777" w:rsidR="00F84071" w:rsidRDefault="00F84071" w:rsidP="00D262C2">
            <w:r>
              <w:t>2-Year Plan</w:t>
            </w:r>
          </w:p>
        </w:tc>
      </w:tr>
      <w:tr w:rsidR="00F84071" w14:paraId="068EDDDF" w14:textId="77777777" w:rsidTr="00D262C2">
        <w:tc>
          <w:tcPr>
            <w:tcW w:w="2880" w:type="dxa"/>
          </w:tcPr>
          <w:p w14:paraId="0364A82A" w14:textId="77777777" w:rsidR="00F84071" w:rsidRDefault="00F84071" w:rsidP="00D262C2">
            <w:r>
              <w:t>Nature Fresh Mini</w:t>
            </w:r>
          </w:p>
        </w:tc>
        <w:tc>
          <w:tcPr>
            <w:tcW w:w="2880" w:type="dxa"/>
          </w:tcPr>
          <w:p w14:paraId="4793FAD2" w14:textId="77777777" w:rsidR="00F84071" w:rsidRDefault="00F84071" w:rsidP="00D262C2">
            <w:r>
              <w:t>$63.00/dozen</w:t>
            </w:r>
          </w:p>
        </w:tc>
        <w:tc>
          <w:tcPr>
            <w:tcW w:w="2880" w:type="dxa"/>
          </w:tcPr>
          <w:p w14:paraId="130A2089" w14:textId="77777777" w:rsidR="00F84071" w:rsidRDefault="00F84071" w:rsidP="00D262C2">
            <w:r>
              <w:t>$59.85/dozen</w:t>
            </w:r>
          </w:p>
        </w:tc>
      </w:tr>
      <w:tr w:rsidR="00F84071" w14:paraId="4C89180C" w14:textId="77777777" w:rsidTr="00D262C2">
        <w:tc>
          <w:tcPr>
            <w:tcW w:w="2880" w:type="dxa"/>
          </w:tcPr>
          <w:p w14:paraId="31E26D09" w14:textId="77777777" w:rsidR="00F84071" w:rsidRDefault="00F84071" w:rsidP="00D262C2">
            <w:r>
              <w:t>Nature Fresh Max</w:t>
            </w:r>
          </w:p>
        </w:tc>
        <w:tc>
          <w:tcPr>
            <w:tcW w:w="2880" w:type="dxa"/>
          </w:tcPr>
          <w:p w14:paraId="567DAE83" w14:textId="77777777" w:rsidR="00F84071" w:rsidRDefault="00F84071" w:rsidP="00D262C2">
            <w:r>
              <w:t>$85.00/dozen</w:t>
            </w:r>
          </w:p>
        </w:tc>
        <w:tc>
          <w:tcPr>
            <w:tcW w:w="2880" w:type="dxa"/>
          </w:tcPr>
          <w:p w14:paraId="2E9CB2EE" w14:textId="77777777" w:rsidR="00F84071" w:rsidRDefault="00F84071" w:rsidP="00D262C2">
            <w:r>
              <w:t>$80.55/dozen</w:t>
            </w:r>
          </w:p>
        </w:tc>
      </w:tr>
    </w:tbl>
    <w:p w14:paraId="4CC94C63" w14:textId="72F53EE1" w:rsidR="00F84071" w:rsidRDefault="00F84071" w:rsidP="00F84071">
      <w:r>
        <w:t xml:space="preserve">*Includes full-color private label sleeve. Extra charges may apply for non-standard artwork or </w:t>
      </w:r>
      <w:proofErr w:type="gramStart"/>
      <w:r>
        <w:t>packaging.*</w:t>
      </w:r>
      <w:proofErr w:type="gramEnd"/>
    </w:p>
    <w:p w14:paraId="3A2EC353" w14:textId="0D59E595" w:rsidR="008761C8" w:rsidRDefault="00F84071">
      <w:pPr>
        <w:pStyle w:val="Heading2"/>
      </w:pPr>
      <w:r>
        <w:t>Quick Turnaround</w:t>
      </w:r>
    </w:p>
    <w:p w14:paraId="2F0809B1" w14:textId="48E40815" w:rsidR="008761C8" w:rsidRDefault="00F84071">
      <w:r>
        <w:t>- New labels approved in 3–4 weeks</w:t>
      </w:r>
      <w:r>
        <w:br/>
        <w:t>- Reorders ship in just 1–2 weeks</w:t>
      </w:r>
      <w:r>
        <w:br/>
        <w:t>- We keep your labels on file for easy reprints</w:t>
      </w:r>
    </w:p>
    <w:p w14:paraId="62688A2A" w14:textId="77777777" w:rsidR="008761C8" w:rsidRDefault="00F84071">
      <w:pPr>
        <w:pStyle w:val="Heading2"/>
      </w:pPr>
      <w:r>
        <w:t>Simple Terms</w:t>
      </w:r>
    </w:p>
    <w:p w14:paraId="5F89564E" w14:textId="66D30FA4" w:rsidR="008761C8" w:rsidRDefault="00F84071">
      <w:r>
        <w:t>- Shipping included with commitment plan</w:t>
      </w:r>
      <w:r>
        <w:br/>
        <w:t>- Net 30 terms (with approved credit)</w:t>
      </w:r>
      <w:r>
        <w:br/>
        <w:t>- We’ll help with label artwork or accept your files</w:t>
      </w:r>
      <w:r w:rsidR="003C5B3A">
        <w:t xml:space="preserve"> and provide proof for “sign off” before production</w:t>
      </w:r>
    </w:p>
    <w:p w14:paraId="32C0E180" w14:textId="77777777" w:rsidR="008761C8" w:rsidRDefault="00F84071">
      <w:pPr>
        <w:pStyle w:val="Heading2"/>
      </w:pPr>
      <w:r>
        <w:lastRenderedPageBreak/>
        <w:t>Extra Perks When You Commit</w:t>
      </w:r>
    </w:p>
    <w:p w14:paraId="2C97CC4F" w14:textId="6AC481E4" w:rsidR="008761C8" w:rsidRDefault="00F84071">
      <w:r>
        <w:t>- ✅ Free label design (no setup fees</w:t>
      </w:r>
      <w:proofErr w:type="gramStart"/>
      <w:r>
        <w:t>!)</w:t>
      </w:r>
      <w:r w:rsidR="00A7028E">
        <w:t>*</w:t>
      </w:r>
      <w:proofErr w:type="gramEnd"/>
      <w:r>
        <w:br/>
        <w:t>- ✅ Free ground shipping in the U.S.</w:t>
      </w:r>
      <w:r>
        <w:br/>
      </w:r>
      <w:r>
        <w:br/>
        <w:t>Perks apply once commitment form is signed and order minimums are met.</w:t>
      </w:r>
    </w:p>
    <w:p w14:paraId="5685C040" w14:textId="3BD13CB1" w:rsidR="008761C8" w:rsidRDefault="00F84071">
      <w:pPr>
        <w:pStyle w:val="Heading2"/>
      </w:pPr>
      <w:r>
        <w:t>Next Steps</w:t>
      </w:r>
    </w:p>
    <w:p w14:paraId="34BE3128" w14:textId="12A1EFA8" w:rsidR="008761C8" w:rsidRDefault="00F84071" w:rsidP="00F84071">
      <w:r>
        <w:t>1. Approve your label (or let us design it!)</w:t>
      </w:r>
      <w:r>
        <w:br/>
        <w:t>2. Place your first order (12-case minimum)</w:t>
      </w:r>
      <w:r>
        <w:br/>
        <w:t>3. Pick your forecast plan (1 or 2 years)</w:t>
      </w:r>
      <w:r>
        <w:br/>
        <w:t>4. We handle the rest!</w:t>
      </w:r>
    </w:p>
    <w:p w14:paraId="4FB79EB6" w14:textId="517AE6CE" w:rsidR="008761C8" w:rsidRDefault="00F84071" w:rsidP="00F84071">
      <w:r>
        <w:t>Ready to give your brand a boost? Let’s make it happen.</w:t>
      </w:r>
      <w:r>
        <w:br/>
      </w:r>
      <w:r>
        <w:br/>
        <w:t>Reach out today:</w:t>
      </w:r>
      <w:r>
        <w:br/>
        <w:t>Nic Fugate</w:t>
      </w:r>
      <w:r>
        <w:br/>
        <w:t>Key Accounts Manager</w:t>
      </w:r>
      <w:r>
        <w:br/>
        <w:t>nic@vaportek.com</w:t>
      </w:r>
      <w:r>
        <w:br/>
        <w:t xml:space="preserve">(800) 237-6367 ext. </w:t>
      </w:r>
      <w:proofErr w:type="gramStart"/>
      <w:r>
        <w:t>230</w:t>
      </w:r>
      <w:proofErr w:type="gramEnd"/>
    </w:p>
    <w:p w14:paraId="2160F4EF" w14:textId="77777777" w:rsidR="00A7028E" w:rsidRDefault="00A7028E" w:rsidP="00F84071"/>
    <w:p w14:paraId="1FA6FD0E" w14:textId="135FDDAE" w:rsidR="00735780" w:rsidRDefault="003C5B3A" w:rsidP="00F84071">
      <w:r>
        <w:t>*</w:t>
      </w:r>
      <w:r w:rsidRPr="003C5B3A">
        <w:t xml:space="preserve"> </w:t>
      </w:r>
      <w:r>
        <w:t>Design services are limited</w:t>
      </w:r>
      <w:r w:rsidR="00735780">
        <w:t xml:space="preserve"> to (2) rounds of proofs. Logo </w:t>
      </w:r>
      <w:r w:rsidR="00011C30">
        <w:t xml:space="preserve">artwork must be supplied in acceptable format. If additional revisions are required, </w:t>
      </w:r>
      <w:r w:rsidR="008A2F11">
        <w:t xml:space="preserve">labor will be billed at $150.00/hour. </w:t>
      </w:r>
    </w:p>
    <w:sectPr w:rsidR="00735780" w:rsidSect="002461B9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18070404">
    <w:abstractNumId w:val="8"/>
  </w:num>
  <w:num w:numId="2" w16cid:durableId="382556658">
    <w:abstractNumId w:val="6"/>
  </w:num>
  <w:num w:numId="3" w16cid:durableId="969431723">
    <w:abstractNumId w:val="5"/>
  </w:num>
  <w:num w:numId="4" w16cid:durableId="1366443541">
    <w:abstractNumId w:val="4"/>
  </w:num>
  <w:num w:numId="5" w16cid:durableId="1039890709">
    <w:abstractNumId w:val="7"/>
  </w:num>
  <w:num w:numId="6" w16cid:durableId="1605191536">
    <w:abstractNumId w:val="3"/>
  </w:num>
  <w:num w:numId="7" w16cid:durableId="192159664">
    <w:abstractNumId w:val="2"/>
  </w:num>
  <w:num w:numId="8" w16cid:durableId="893198909">
    <w:abstractNumId w:val="1"/>
  </w:num>
  <w:num w:numId="9" w16cid:durableId="1434856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1C30"/>
    <w:rsid w:val="00026C4A"/>
    <w:rsid w:val="00034616"/>
    <w:rsid w:val="0006063C"/>
    <w:rsid w:val="00086309"/>
    <w:rsid w:val="000B5E9E"/>
    <w:rsid w:val="0015074B"/>
    <w:rsid w:val="002461B9"/>
    <w:rsid w:val="0029639D"/>
    <w:rsid w:val="00326F90"/>
    <w:rsid w:val="003C5B3A"/>
    <w:rsid w:val="003E23AF"/>
    <w:rsid w:val="005017DF"/>
    <w:rsid w:val="005C669E"/>
    <w:rsid w:val="00641376"/>
    <w:rsid w:val="00735780"/>
    <w:rsid w:val="00757F6C"/>
    <w:rsid w:val="007F1714"/>
    <w:rsid w:val="00817A36"/>
    <w:rsid w:val="008761C8"/>
    <w:rsid w:val="008A2F11"/>
    <w:rsid w:val="009D0E41"/>
    <w:rsid w:val="00A7028E"/>
    <w:rsid w:val="00AA1D8D"/>
    <w:rsid w:val="00B47730"/>
    <w:rsid w:val="00CB0664"/>
    <w:rsid w:val="00D24A64"/>
    <w:rsid w:val="00E10C53"/>
    <w:rsid w:val="00E11138"/>
    <w:rsid w:val="00F01E70"/>
    <w:rsid w:val="00F7446D"/>
    <w:rsid w:val="00F8407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DB888F"/>
  <w14:defaultImageDpi w14:val="300"/>
  <w15:docId w15:val="{B860F450-0B43-431A-9D6E-C6B98A4BA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Nic Fugate</cp:lastModifiedBy>
  <cp:revision>24</cp:revision>
  <cp:lastPrinted>2025-05-21T17:58:00Z</cp:lastPrinted>
  <dcterms:created xsi:type="dcterms:W3CDTF">2025-05-19T16:23:00Z</dcterms:created>
  <dcterms:modified xsi:type="dcterms:W3CDTF">2025-05-22T14:52:00Z</dcterms:modified>
  <cp:category/>
</cp:coreProperties>
</file>